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3DD" w:rsidRPr="009513DD" w:rsidRDefault="009513DD">
      <w:pPr>
        <w:jc w:val="center"/>
        <w:rPr>
          <w:rFonts w:cs="Times New Roman"/>
          <w:b/>
          <w:sz w:val="24"/>
          <w:szCs w:val="24"/>
        </w:rPr>
      </w:pPr>
      <w:r w:rsidRPr="009513DD">
        <w:rPr>
          <w:rFonts w:cs="Times New Roman"/>
          <w:noProof/>
          <w:sz w:val="24"/>
          <w:szCs w:val="24"/>
          <w:lang w:val="en-IN" w:eastAsia="en-IN" w:bidi="bn-IN"/>
        </w:rPr>
        <w:drawing>
          <wp:anchor distT="0" distB="0" distL="0" distR="0" simplePos="0" relativeHeight="251664384" behindDoc="1" locked="0" layoutInCell="1" allowOverlap="1" wp14:anchorId="04EEE4C3" wp14:editId="5BCAD24C">
            <wp:simplePos x="0" y="0"/>
            <wp:positionH relativeFrom="page">
              <wp:posOffset>1448435</wp:posOffset>
            </wp:positionH>
            <wp:positionV relativeFrom="page">
              <wp:posOffset>94615</wp:posOffset>
            </wp:positionV>
            <wp:extent cx="5041265" cy="9239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13DD" w:rsidRPr="009513DD" w:rsidRDefault="009513DD">
      <w:pPr>
        <w:jc w:val="center"/>
        <w:rPr>
          <w:rFonts w:cs="Times New Roman"/>
          <w:b/>
          <w:sz w:val="24"/>
          <w:szCs w:val="24"/>
        </w:rPr>
      </w:pPr>
    </w:p>
    <w:p w:rsidR="006B1451" w:rsidRPr="009513DD" w:rsidRDefault="005B742A">
      <w:pPr>
        <w:jc w:val="center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APPLICATION FORM FOR CONTRACTUAL APPOINTMENT</w:t>
      </w:r>
    </w:p>
    <w:p w:rsidR="006B1451" w:rsidRPr="009513DD" w:rsidRDefault="005B742A">
      <w:pPr>
        <w:jc w:val="center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U</w:t>
      </w:r>
      <w:bookmarkStart w:id="0" w:name="_GoBack"/>
      <w:bookmarkEnd w:id="0"/>
      <w:r w:rsidRPr="009513DD">
        <w:rPr>
          <w:rFonts w:cs="Times New Roman"/>
          <w:b/>
          <w:sz w:val="24"/>
          <w:szCs w:val="24"/>
        </w:rPr>
        <w:t>NDER RE-EMPLOYMENT SCHEME</w:t>
      </w:r>
    </w:p>
    <w:p w:rsidR="006B1451" w:rsidRPr="009513DD" w:rsidRDefault="005B742A">
      <w:pPr>
        <w:jc w:val="center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Employment Notification Ref. No.: MGU/R/Emp. Advt./08/2026/192, dated 21.08.2026</w:t>
      </w:r>
    </w:p>
    <w:p w:rsidR="006B1451" w:rsidRPr="009513DD" w:rsidRDefault="006B1451">
      <w:pPr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96"/>
        <w:gridCol w:w="4406"/>
      </w:tblGrid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 xml:space="preserve">POST APPLIED FOR: </w:t>
            </w:r>
            <w:r w:rsidRPr="009513DD">
              <w:rPr>
                <w:rFonts w:cs="Times New Roman"/>
                <w:b/>
                <w:sz w:val="24"/>
                <w:szCs w:val="24"/>
              </w:rPr>
              <w:t>_________________________________________________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Recent</w:t>
            </w:r>
            <w:r w:rsidRPr="009513DD">
              <w:rPr>
                <w:rFonts w:cs="Times New Roman"/>
                <w:sz w:val="24"/>
                <w:szCs w:val="24"/>
              </w:rPr>
              <w:br/>
              <w:t>Passport Size</w:t>
            </w:r>
            <w:r w:rsidRPr="009513DD">
              <w:rPr>
                <w:rFonts w:cs="Times New Roman"/>
                <w:sz w:val="24"/>
                <w:szCs w:val="24"/>
              </w:rPr>
              <w:br/>
              <w:t>Photograph</w:t>
            </w:r>
          </w:p>
        </w:tc>
      </w:tr>
    </w:tbl>
    <w:p w:rsidR="006B1451" w:rsidRPr="009513DD" w:rsidRDefault="006B1451">
      <w:pPr>
        <w:rPr>
          <w:rFonts w:cs="Times New Roman"/>
          <w:sz w:val="24"/>
          <w:szCs w:val="24"/>
        </w:rPr>
      </w:pPr>
    </w:p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1. PERSONAL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Full Name (in BLOCK LETTERS)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Father's / Mother's / Spouse's Name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Date of Birth (DD/MM/YYYY)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Age as on 31.08.2026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Male / Female / Other</w:t>
            </w: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Nationality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Category (if applicable)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Whether retired from Government / Quasi-Government / Government Undertaking / Equivalent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Yes / No</w:t>
            </w: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Last Post Held before Retirement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Date of Retirement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2. CONTACT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Present Address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br/>
            </w:r>
            <w:r w:rsidRPr="009513DD">
              <w:rPr>
                <w:rFonts w:cs="Times New Roman"/>
                <w:sz w:val="24"/>
                <w:szCs w:val="24"/>
              </w:rPr>
              <w:br/>
            </w: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Permanent Address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br/>
            </w:r>
            <w:r w:rsidRPr="009513DD">
              <w:rPr>
                <w:rFonts w:cs="Times New Roman"/>
                <w:sz w:val="24"/>
                <w:szCs w:val="24"/>
              </w:rPr>
              <w:br/>
            </w: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Mobile No.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E-mail ID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3. EDUCATIONAL QUALIFICATIONS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2"/>
        <w:gridCol w:w="1744"/>
        <w:gridCol w:w="1761"/>
        <w:gridCol w:w="1742"/>
        <w:gridCol w:w="1746"/>
      </w:tblGrid>
      <w:tr w:rsidR="006B1451" w:rsidRPr="009513DD" w:rsidTr="009513DD">
        <w:trPr>
          <w:trHeight w:val="721"/>
          <w:jc w:val="center"/>
        </w:trPr>
        <w:tc>
          <w:tcPr>
            <w:tcW w:w="1764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Examination / Degree</w:t>
            </w:r>
          </w:p>
        </w:tc>
        <w:tc>
          <w:tcPr>
            <w:tcW w:w="1764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Board / University</w:t>
            </w:r>
          </w:p>
        </w:tc>
        <w:tc>
          <w:tcPr>
            <w:tcW w:w="1764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Year of Passing</w:t>
            </w:r>
          </w:p>
        </w:tc>
        <w:tc>
          <w:tcPr>
            <w:tcW w:w="1764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Subjects / Specialization</w:t>
            </w:r>
          </w:p>
        </w:tc>
        <w:tc>
          <w:tcPr>
            <w:tcW w:w="1764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Marks / CGPA</w:t>
            </w:r>
          </w:p>
        </w:tc>
        <w:tc>
          <w:tcPr>
            <w:tcW w:w="1764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Division / Class</w:t>
            </w:r>
          </w:p>
        </w:tc>
      </w:tr>
      <w:tr w:rsidR="006B1451" w:rsidRPr="009513DD" w:rsidTr="009513DD">
        <w:trPr>
          <w:trHeight w:val="351"/>
          <w:jc w:val="center"/>
        </w:trPr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rPr>
          <w:trHeight w:val="351"/>
          <w:jc w:val="center"/>
        </w:trPr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rPr>
          <w:trHeight w:val="351"/>
          <w:jc w:val="center"/>
        </w:trPr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rPr>
          <w:trHeight w:val="351"/>
          <w:jc w:val="center"/>
        </w:trPr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rPr>
          <w:trHeight w:val="370"/>
          <w:jc w:val="center"/>
        </w:trPr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9513DD" w:rsidRDefault="009513DD">
      <w:pPr>
        <w:spacing w:before="100" w:after="60"/>
        <w:rPr>
          <w:rFonts w:cs="Times New Roman"/>
          <w:b/>
          <w:sz w:val="24"/>
          <w:szCs w:val="24"/>
        </w:rPr>
      </w:pPr>
    </w:p>
    <w:p w:rsidR="009513DD" w:rsidRDefault="009513DD">
      <w:pPr>
        <w:spacing w:before="100" w:after="60"/>
        <w:rPr>
          <w:rFonts w:cs="Times New Roman"/>
          <w:b/>
          <w:sz w:val="24"/>
          <w:szCs w:val="24"/>
        </w:rPr>
      </w:pPr>
    </w:p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4. PROFESSIONAL / TECHNICAL QUALIFICATIONS (IF ANY)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2"/>
        <w:gridCol w:w="2102"/>
        <w:gridCol w:w="2102"/>
        <w:gridCol w:w="2102"/>
        <w:gridCol w:w="2102"/>
      </w:tblGrid>
      <w:tr w:rsidR="006B1451" w:rsidRPr="009513DD">
        <w:tc>
          <w:tcPr>
            <w:tcW w:w="2102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Qualification</w:t>
            </w:r>
          </w:p>
        </w:tc>
        <w:tc>
          <w:tcPr>
            <w:tcW w:w="2102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Institution / University</w:t>
            </w:r>
          </w:p>
        </w:tc>
        <w:tc>
          <w:tcPr>
            <w:tcW w:w="2102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102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Specialization</w:t>
            </w:r>
          </w:p>
        </w:tc>
        <w:tc>
          <w:tcPr>
            <w:tcW w:w="2102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Remarks</w:t>
            </w:r>
          </w:p>
        </w:tc>
      </w:tr>
      <w:tr w:rsidR="006B1451" w:rsidRPr="009513DD"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02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5. DETAILS OF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298"/>
        <w:gridCol w:w="1296"/>
        <w:gridCol w:w="1303"/>
        <w:gridCol w:w="1299"/>
        <w:gridCol w:w="1290"/>
        <w:gridCol w:w="1363"/>
        <w:gridCol w:w="1309"/>
      </w:tblGrid>
      <w:tr w:rsidR="006B1451" w:rsidRPr="009513DD" w:rsidTr="009513DD">
        <w:tc>
          <w:tcPr>
            <w:tcW w:w="57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2298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Name of Organization</w:t>
            </w:r>
          </w:p>
        </w:tc>
        <w:tc>
          <w:tcPr>
            <w:tcW w:w="1296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Post Held</w:t>
            </w:r>
          </w:p>
        </w:tc>
        <w:tc>
          <w:tcPr>
            <w:tcW w:w="1303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Nature of Duties</w:t>
            </w:r>
          </w:p>
        </w:tc>
        <w:tc>
          <w:tcPr>
            <w:tcW w:w="1299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From</w:t>
            </w:r>
          </w:p>
        </w:tc>
        <w:tc>
          <w:tcPr>
            <w:tcW w:w="129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To</w:t>
            </w:r>
          </w:p>
        </w:tc>
        <w:tc>
          <w:tcPr>
            <w:tcW w:w="1363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Total Experience</w:t>
            </w:r>
          </w:p>
        </w:tc>
        <w:tc>
          <w:tcPr>
            <w:tcW w:w="1309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Remarks</w:t>
            </w:r>
          </w:p>
        </w:tc>
      </w:tr>
      <w:tr w:rsidR="006B1451" w:rsidRPr="009513DD" w:rsidTr="009513DD">
        <w:tc>
          <w:tcPr>
            <w:tcW w:w="57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98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c>
          <w:tcPr>
            <w:tcW w:w="57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98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c>
          <w:tcPr>
            <w:tcW w:w="57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298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c>
          <w:tcPr>
            <w:tcW w:w="57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298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c>
          <w:tcPr>
            <w:tcW w:w="57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98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 w:rsidTr="009513DD">
        <w:tc>
          <w:tcPr>
            <w:tcW w:w="570" w:type="dxa"/>
            <w:vAlign w:val="center"/>
          </w:tcPr>
          <w:p w:rsidR="006B1451" w:rsidRPr="009513DD" w:rsidRDefault="005B742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298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6. DETAILS OF ADMINISTRATIVE / SUPERVISORY EXPERIENCE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Total Administrative Experience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Total Supervisory Experience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Experience in University / Research Institute / Institute of Higher Learning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 xml:space="preserve">Experience in Government / Quasi-Government / </w:t>
            </w:r>
            <w:r w:rsidRPr="009513DD">
              <w:rPr>
                <w:rFonts w:cs="Times New Roman"/>
                <w:b/>
                <w:sz w:val="24"/>
                <w:szCs w:val="24"/>
              </w:rPr>
              <w:t>Government Undertaking</w:t>
            </w: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Details of Senior / Higher Administrative Positions Held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br/>
            </w:r>
            <w:r w:rsidRPr="009513DD">
              <w:rPr>
                <w:rFonts w:cs="Times New Roman"/>
                <w:sz w:val="24"/>
                <w:szCs w:val="24"/>
              </w:rPr>
              <w:br/>
            </w:r>
          </w:p>
        </w:tc>
      </w:tr>
    </w:tbl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7. RELEVANT INFORMATION FOR THE POST APPLIED FOR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Details showing fulfilment of Essential Qualifications / Experience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br/>
            </w:r>
            <w:r w:rsidRPr="009513DD">
              <w:rPr>
                <w:rFonts w:cs="Times New Roman"/>
                <w:sz w:val="24"/>
                <w:szCs w:val="24"/>
              </w:rPr>
              <w:br/>
            </w:r>
            <w:r w:rsidRPr="009513DD">
              <w:rPr>
                <w:rFonts w:cs="Times New Roman"/>
                <w:sz w:val="24"/>
                <w:szCs w:val="24"/>
              </w:rPr>
              <w:br/>
            </w: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Details of Desirable Qualifications / Experience</w:t>
            </w:r>
            <w:r w:rsidRPr="009513DD">
              <w:rPr>
                <w:rFonts w:cs="Times New Roman"/>
                <w:b/>
                <w:sz w:val="24"/>
                <w:szCs w:val="24"/>
              </w:rPr>
              <w:t>, if any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br/>
            </w:r>
            <w:r w:rsidRPr="009513DD">
              <w:rPr>
                <w:rFonts w:cs="Times New Roman"/>
                <w:sz w:val="24"/>
                <w:szCs w:val="24"/>
              </w:rPr>
              <w:br/>
            </w:r>
          </w:p>
        </w:tc>
      </w:tr>
      <w:tr w:rsidR="006B1451" w:rsidRPr="009513DD">
        <w:trPr>
          <w:jc w:val="center"/>
        </w:trPr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b/>
                <w:sz w:val="24"/>
                <w:szCs w:val="24"/>
              </w:rPr>
              <w:t>Any other relevant information / achievements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br/>
            </w:r>
            <w:r w:rsidRPr="009513DD">
              <w:rPr>
                <w:rFonts w:cs="Times New Roman"/>
                <w:sz w:val="24"/>
                <w:szCs w:val="24"/>
              </w:rPr>
              <w:br/>
            </w:r>
          </w:p>
        </w:tc>
      </w:tr>
    </w:tbl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8. DOCUMENTS ENCLOSED</w:t>
      </w:r>
    </w:p>
    <w:p w:rsidR="006B1451" w:rsidRPr="009513DD" w:rsidRDefault="005B742A">
      <w:pPr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Please tick (</w:t>
      </w:r>
      <w:r w:rsidRPr="009513DD">
        <w:rPr>
          <w:rFonts w:ascii="Segoe UI Symbol" w:hAnsi="Segoe UI Symbol" w:cs="Segoe UI Symbol"/>
          <w:sz w:val="24"/>
          <w:szCs w:val="24"/>
        </w:rPr>
        <w:t>✓</w:t>
      </w:r>
      <w:r w:rsidRPr="009513DD">
        <w:rPr>
          <w:rFonts w:cs="Times New Roman"/>
          <w:sz w:val="24"/>
          <w:szCs w:val="24"/>
        </w:rPr>
        <w:t>) the applicable documents enclosed with the application: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Detailed Bio-data / Curriculum Vitae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Proof of Date of Birth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Educational Qualification </w:t>
      </w:r>
      <w:r w:rsidRPr="009513DD">
        <w:rPr>
          <w:rFonts w:cs="Times New Roman"/>
          <w:sz w:val="24"/>
          <w:szCs w:val="24"/>
        </w:rPr>
        <w:t>Certificates and Mark Sheets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Professional Qualification Certificates (if applicable)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Experience Certificates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Retirement / Last Employment Proof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Documents supporting Administrative / Supervisory Experience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Proof of Identity and Address</w:t>
      </w:r>
    </w:p>
    <w:p w:rsidR="006B1451" w:rsidRPr="009513DD" w:rsidRDefault="005B742A">
      <w:pPr>
        <w:ind w:left="288"/>
        <w:rPr>
          <w:rFonts w:cs="Times New Roman"/>
          <w:sz w:val="24"/>
          <w:szCs w:val="24"/>
        </w:rPr>
      </w:pPr>
      <w:r w:rsidRPr="009513DD">
        <w:rPr>
          <w:rFonts w:ascii="Segoe UI Symbol" w:hAnsi="Segoe UI Symbol" w:cs="Segoe UI Symbol"/>
          <w:sz w:val="24"/>
          <w:szCs w:val="24"/>
        </w:rPr>
        <w:t>☐</w:t>
      </w:r>
      <w:r w:rsidRPr="009513DD">
        <w:rPr>
          <w:rFonts w:cs="Times New Roman"/>
          <w:sz w:val="24"/>
          <w:szCs w:val="24"/>
        </w:rPr>
        <w:t xml:space="preserve"> </w:t>
      </w:r>
      <w:proofErr w:type="gramStart"/>
      <w:r w:rsidRPr="009513DD">
        <w:rPr>
          <w:rFonts w:cs="Times New Roman"/>
          <w:sz w:val="24"/>
          <w:szCs w:val="24"/>
        </w:rPr>
        <w:t>Other</w:t>
      </w:r>
      <w:proofErr w:type="gramEnd"/>
      <w:r w:rsidRPr="009513DD">
        <w:rPr>
          <w:rFonts w:cs="Times New Roman"/>
          <w:sz w:val="24"/>
          <w:szCs w:val="24"/>
        </w:rPr>
        <w:t xml:space="preserve"> sup</w:t>
      </w:r>
      <w:r w:rsidRPr="009513DD">
        <w:rPr>
          <w:rFonts w:cs="Times New Roman"/>
          <w:sz w:val="24"/>
          <w:szCs w:val="24"/>
        </w:rPr>
        <w:t>porting documents (please specify): __________________________</w:t>
      </w:r>
    </w:p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9. DECLARATION</w:t>
      </w:r>
    </w:p>
    <w:p w:rsidR="006B1451" w:rsidRPr="009513DD" w:rsidRDefault="005B742A">
      <w:pPr>
        <w:jc w:val="both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 xml:space="preserve">I hereby declare that the information furnished above is true, complete and correct to the best of my knowledge and belief. I understand that any false information, suppression </w:t>
      </w:r>
      <w:r w:rsidRPr="009513DD">
        <w:rPr>
          <w:rFonts w:cs="Times New Roman"/>
          <w:sz w:val="24"/>
          <w:szCs w:val="24"/>
        </w:rPr>
        <w:t>of facts or submission of incomplete information may lead to rejection of my application or cancellation of my candidature. I further agree to abide by the terms and conditions mentioned in the Employment Notification.</w:t>
      </w:r>
    </w:p>
    <w:p w:rsidR="006B1451" w:rsidRPr="009513DD" w:rsidRDefault="006B1451">
      <w:pPr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2"/>
        <w:gridCol w:w="5616"/>
      </w:tblGrid>
      <w:tr w:rsidR="006B1451" w:rsidRPr="009513DD"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Place: __________________________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Si</w:t>
            </w:r>
            <w:r w:rsidRPr="009513DD">
              <w:rPr>
                <w:rFonts w:cs="Times New Roman"/>
                <w:sz w:val="24"/>
                <w:szCs w:val="24"/>
              </w:rPr>
              <w:t>gnature of the Candidate: __________________________</w:t>
            </w:r>
          </w:p>
        </w:tc>
      </w:tr>
      <w:tr w:rsidR="006B1451" w:rsidRPr="009513DD"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Date: ___________________________</w:t>
            </w:r>
          </w:p>
        </w:tc>
        <w:tc>
          <w:tcPr>
            <w:tcW w:w="5256" w:type="dxa"/>
            <w:vAlign w:val="center"/>
          </w:tcPr>
          <w:p w:rsidR="006B1451" w:rsidRPr="009513DD" w:rsidRDefault="005B742A">
            <w:pPr>
              <w:rPr>
                <w:rFonts w:cs="Times New Roman"/>
                <w:sz w:val="24"/>
                <w:szCs w:val="24"/>
              </w:rPr>
            </w:pPr>
            <w:r w:rsidRPr="009513DD">
              <w:rPr>
                <w:rFonts w:cs="Times New Roman"/>
                <w:sz w:val="24"/>
                <w:szCs w:val="24"/>
              </w:rPr>
              <w:t>Name: _____________________________________________</w:t>
            </w:r>
          </w:p>
        </w:tc>
      </w:tr>
      <w:tr w:rsidR="006B1451" w:rsidRPr="009513DD"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56" w:type="dxa"/>
            <w:vAlign w:val="center"/>
          </w:tcPr>
          <w:p w:rsidR="006B1451" w:rsidRPr="009513DD" w:rsidRDefault="006B145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6B1451" w:rsidRPr="009513DD" w:rsidRDefault="006B1451">
      <w:pPr>
        <w:rPr>
          <w:rFonts w:cs="Times New Roman"/>
          <w:sz w:val="24"/>
          <w:szCs w:val="24"/>
        </w:rPr>
      </w:pPr>
    </w:p>
    <w:p w:rsidR="006B1451" w:rsidRPr="009513DD" w:rsidRDefault="005B742A">
      <w:pPr>
        <w:spacing w:before="100" w:after="60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 xml:space="preserve">IMPORTANT </w:t>
      </w:r>
      <w:r w:rsidRPr="009513DD">
        <w:rPr>
          <w:rFonts w:cs="Times New Roman"/>
          <w:b/>
          <w:sz w:val="24"/>
          <w:szCs w:val="24"/>
        </w:rPr>
        <w:t>INSTRUCTIONS FOR THE APPLICANT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1. Candidates applying for more than one post must submit separate applications for each post.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2. The application should be accompanied by relevant supporting documents.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3. Candidates must bring the original documents and sel</w:t>
      </w:r>
      <w:r w:rsidRPr="009513DD">
        <w:rPr>
          <w:rFonts w:cs="Times New Roman"/>
          <w:sz w:val="24"/>
          <w:szCs w:val="24"/>
        </w:rPr>
        <w:t>f-attested copies of supporting documents at the time of the Walk-in Interview.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4. Incomplete applications or applications received after the prescribed last date are liable to be rejected.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5. Mere fulfilment of eligibility criteria does not confer any rig</w:t>
      </w:r>
      <w:r w:rsidRPr="009513DD">
        <w:rPr>
          <w:rFonts w:cs="Times New Roman"/>
          <w:sz w:val="24"/>
          <w:szCs w:val="24"/>
        </w:rPr>
        <w:t>ht to be called for interview.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6. The University reserves the right to reject any or all applications without assigning any reason.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7. Canvassing in any form will lead to disqualification of candidature.</w:t>
      </w:r>
    </w:p>
    <w:p w:rsidR="006B1451" w:rsidRPr="009513DD" w:rsidRDefault="005B742A">
      <w:pPr>
        <w:ind w:left="144"/>
        <w:rPr>
          <w:rFonts w:cs="Times New Roman"/>
          <w:sz w:val="24"/>
          <w:szCs w:val="24"/>
        </w:rPr>
      </w:pPr>
      <w:r w:rsidRPr="009513DD">
        <w:rPr>
          <w:rFonts w:cs="Times New Roman"/>
          <w:sz w:val="24"/>
          <w:szCs w:val="24"/>
        </w:rPr>
        <w:t>8. No TA/DA shall be admissible for attending the in</w:t>
      </w:r>
      <w:r w:rsidRPr="009513DD">
        <w:rPr>
          <w:rFonts w:cs="Times New Roman"/>
          <w:sz w:val="24"/>
          <w:szCs w:val="24"/>
        </w:rPr>
        <w:t>terview.</w:t>
      </w:r>
    </w:p>
    <w:p w:rsidR="006B1451" w:rsidRPr="009513DD" w:rsidRDefault="005B742A">
      <w:pPr>
        <w:spacing w:before="160"/>
        <w:jc w:val="center"/>
        <w:rPr>
          <w:rFonts w:cs="Times New Roman"/>
          <w:sz w:val="24"/>
          <w:szCs w:val="24"/>
        </w:rPr>
      </w:pPr>
      <w:r w:rsidRPr="009513DD">
        <w:rPr>
          <w:rFonts w:cs="Times New Roman"/>
          <w:b/>
          <w:sz w:val="24"/>
          <w:szCs w:val="24"/>
        </w:rPr>
        <w:t>Mahatma Gandhi University, Mahishadal, Purba Medinipur, West Bengal – 721628</w:t>
      </w:r>
    </w:p>
    <w:sectPr w:rsidR="006B1451" w:rsidRPr="009513DD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42A" w:rsidRDefault="005B742A" w:rsidP="009513DD">
      <w:pPr>
        <w:spacing w:after="0" w:line="240" w:lineRule="auto"/>
      </w:pPr>
      <w:r>
        <w:separator/>
      </w:r>
    </w:p>
  </w:endnote>
  <w:endnote w:type="continuationSeparator" w:id="0">
    <w:p w:rsidR="005B742A" w:rsidRDefault="005B742A" w:rsidP="00951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42A" w:rsidRDefault="005B742A" w:rsidP="009513DD">
      <w:pPr>
        <w:spacing w:after="0" w:line="240" w:lineRule="auto"/>
      </w:pPr>
      <w:r>
        <w:separator/>
      </w:r>
    </w:p>
  </w:footnote>
  <w:footnote w:type="continuationSeparator" w:id="0">
    <w:p w:rsidR="005B742A" w:rsidRDefault="005B742A" w:rsidP="00951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C3882"/>
    <w:rsid w:val="00326F90"/>
    <w:rsid w:val="005B742A"/>
    <w:rsid w:val="006B1451"/>
    <w:rsid w:val="009513D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00B3666-6C4C-4AE9-8436-2B7A1E82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51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8E75CF-F6EF-473C-B420-A3E9C7082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2026-08-21T09:47:00Z</cp:lastPrinted>
  <dcterms:created xsi:type="dcterms:W3CDTF">2026-08-21T10:14:00Z</dcterms:created>
  <dcterms:modified xsi:type="dcterms:W3CDTF">2026-08-21T10:14:00Z</dcterms:modified>
  <cp:category/>
</cp:coreProperties>
</file>